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jpeg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714D1" w14:textId="77777777" w:rsidR="00823464" w:rsidRDefault="00855120">
      <w:pPr>
        <w:jc w:val="center"/>
      </w:pPr>
      <w:r>
        <w:rPr>
          <w:noProof/>
        </w:rPr>
        <w:drawing>
          <wp:inline distT="0" distB="0" distL="0" distR="0" wp14:anchorId="4F94A942" wp14:editId="152E260A">
            <wp:extent cx="2011680" cy="20116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25AF0D2-20F7-4515-B7DC-D4C0783052B1.jpe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11680" cy="201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56850C" w14:textId="77777777" w:rsidR="00823464" w:rsidRDefault="00855120">
      <w:pPr>
        <w:jc w:val="center"/>
      </w:pPr>
      <w:r>
        <w:rPr>
          <w:b/>
          <w:sz w:val="32"/>
        </w:rPr>
        <w:t>წევრობის განაცხადის ფორმა</w:t>
      </w:r>
      <w:r>
        <w:rPr>
          <w:b/>
          <w:sz w:val="32"/>
        </w:rPr>
        <w:br/>
        <w:t>Membership Application Form</w:t>
      </w:r>
    </w:p>
    <w:p w14:paraId="273ADF39" w14:textId="77777777" w:rsidR="00823464" w:rsidRDefault="00855120">
      <w:pPr>
        <w:jc w:val="center"/>
      </w:pPr>
      <w:r>
        <w:rPr>
          <w:i/>
          <w:sz w:val="20"/>
        </w:rPr>
        <w:t>საქართველოს დინამიური სროლის და ფუნქციური ფიტნესის ფედერაცია</w:t>
      </w:r>
      <w:r>
        <w:rPr>
          <w:i/>
          <w:sz w:val="20"/>
        </w:rPr>
        <w:br/>
        <w:t>Georgian Dynamic Shooting and Functional Fitness Federation</w:t>
      </w:r>
    </w:p>
    <w:p w14:paraId="18925A96" w14:textId="77777777" w:rsidR="00823464" w:rsidRDefault="00823464"/>
    <w:p w14:paraId="41A9EDE8" w14:textId="77777777" w:rsidR="00823464" w:rsidRDefault="00855120">
      <w:r>
        <w:rPr>
          <w:b/>
          <w:sz w:val="24"/>
        </w:rPr>
        <w:t>1. პერსონალური ინფორმაცია / Personal Information</w:t>
      </w:r>
    </w:p>
    <w:p w14:paraId="2F18A6B6" w14:textId="77777777" w:rsidR="00823464" w:rsidRDefault="00855120">
      <w:pPr>
        <w:spacing w:after="120"/>
      </w:pPr>
      <w:r>
        <w:t>სახელი და გვარი / Full Name:</w:t>
      </w:r>
    </w:p>
    <w:p w14:paraId="5FC06E41" w14:textId="77777777" w:rsidR="00823464" w:rsidRDefault="00855120">
      <w:pPr>
        <w:spacing w:after="120"/>
      </w:pPr>
      <w:r>
        <w:t>დაბადების თარიღი / Date of Birth:</w:t>
      </w:r>
    </w:p>
    <w:p w14:paraId="7452A128" w14:textId="77777777" w:rsidR="00823464" w:rsidRDefault="00855120">
      <w:pPr>
        <w:spacing w:after="120"/>
      </w:pPr>
      <w:r>
        <w:t>პირადი ნომერი / ID Number:</w:t>
      </w:r>
    </w:p>
    <w:p w14:paraId="20FD6ACD" w14:textId="77777777" w:rsidR="00823464" w:rsidRDefault="00855120">
      <w:pPr>
        <w:spacing w:after="120"/>
      </w:pPr>
      <w:r>
        <w:t>მისამართი / Address:</w:t>
      </w:r>
    </w:p>
    <w:p w14:paraId="34F70A46" w14:textId="77777777" w:rsidR="00823464" w:rsidRDefault="00855120">
      <w:r>
        <w:rPr>
          <w:b/>
          <w:sz w:val="24"/>
        </w:rPr>
        <w:t>2. საკონტაქტო ინფორმაცია / Contact Details</w:t>
      </w:r>
    </w:p>
    <w:p w14:paraId="0451E411" w14:textId="77777777" w:rsidR="00823464" w:rsidRDefault="00855120">
      <w:pPr>
        <w:spacing w:after="120"/>
      </w:pPr>
      <w:r>
        <w:t>ტელეფონის ნომერი / Phone Number:</w:t>
      </w:r>
    </w:p>
    <w:p w14:paraId="54A72256" w14:textId="77777777" w:rsidR="00823464" w:rsidRDefault="00855120">
      <w:pPr>
        <w:spacing w:after="120"/>
      </w:pPr>
      <w:r>
        <w:t>ელ-ფოსტა / E-mail Address:</w:t>
      </w:r>
    </w:p>
    <w:p w14:paraId="2ADD25FE" w14:textId="77777777" w:rsidR="00823464" w:rsidRDefault="00855120">
      <w:r>
        <w:rPr>
          <w:b/>
          <w:sz w:val="24"/>
        </w:rPr>
        <w:t>3. დამატებითი ინფორმაცია / Additional Information</w:t>
      </w:r>
    </w:p>
    <w:p w14:paraId="01075892" w14:textId="77777777" w:rsidR="00823464" w:rsidRDefault="00855120">
      <w:pPr>
        <w:spacing w:after="120"/>
      </w:pPr>
      <w:r>
        <w:t>სპორტული გამოცდილება / Athletic Experience:</w:t>
      </w:r>
    </w:p>
    <w:p w14:paraId="11DD7D9B" w14:textId="77777777" w:rsidR="00823464" w:rsidRDefault="00855120">
      <w:pPr>
        <w:spacing w:after="120"/>
      </w:pPr>
      <w:r>
        <w:t>იარაღის ფლობის ნებართვა / Firearm License: ☐ კი / Yes   ☐ არა / No</w:t>
      </w:r>
    </w:p>
    <w:p w14:paraId="79286F5C" w14:textId="77777777" w:rsidR="00823464" w:rsidRDefault="00823464"/>
    <w:p w14:paraId="1F450FC7" w14:textId="77777777" w:rsidR="00823464" w:rsidRDefault="00855120">
      <w:r>
        <w:rPr>
          <w:b/>
          <w:sz w:val="24"/>
        </w:rPr>
        <w:t>4. დეკლარაცია და დასტური / Declaration &amp; Confirmation</w:t>
      </w:r>
    </w:p>
    <w:p w14:paraId="377AFE04" w14:textId="77777777" w:rsidR="00823464" w:rsidRDefault="00855120">
      <w:r>
        <w:t>ვადასტურებ, რომ ჩემს მიერ მოწოდებული ინფორმაცია სწორია და ვეთანხმები ფედერაციის წესებს, უსაფრთხოების ნორმებს და ეთიკის კოდექსს.</w:t>
      </w:r>
    </w:p>
    <w:p w14:paraId="046FA630" w14:textId="77777777" w:rsidR="00823464" w:rsidRDefault="00855120">
      <w:r>
        <w:lastRenderedPageBreak/>
        <w:t>I hereby certify that the information provided is accurate and I agree to comply with all federation rules and safety standards.</w:t>
      </w:r>
    </w:p>
    <w:p w14:paraId="4A4744E5" w14:textId="77777777" w:rsidR="00823464" w:rsidRDefault="00823464"/>
    <w:p w14:paraId="2B2AEDA5" w14:textId="77777777" w:rsidR="00823464" w:rsidRDefault="00855120">
      <w:r>
        <w:t>თარიღი / Date:</w:t>
      </w:r>
    </w:p>
    <w:p w14:paraId="28EB8E5C" w14:textId="77777777" w:rsidR="00823464" w:rsidRDefault="00855120">
      <w:r>
        <w:t>ხელმოწერა / Signature:</w:t>
      </w:r>
    </w:p>
    <w:p w14:paraId="6FC13AD5" w14:textId="77777777" w:rsidR="00823464" w:rsidRDefault="00823464"/>
    <w:p w14:paraId="62FAEE4B" w14:textId="77777777" w:rsidR="00823464" w:rsidRDefault="00855120">
      <w:pPr>
        <w:jc w:val="center"/>
      </w:pPr>
      <w:r>
        <w:rPr>
          <w:b/>
        </w:rPr>
        <w:t>office@gdsff.org</w:t>
      </w:r>
    </w:p>
    <w:sectPr w:rsidR="0082346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76101819">
    <w:abstractNumId w:val="8"/>
  </w:num>
  <w:num w:numId="2" w16cid:durableId="51463862">
    <w:abstractNumId w:val="6"/>
  </w:num>
  <w:num w:numId="3" w16cid:durableId="1516505366">
    <w:abstractNumId w:val="5"/>
  </w:num>
  <w:num w:numId="4" w16cid:durableId="674765534">
    <w:abstractNumId w:val="4"/>
  </w:num>
  <w:num w:numId="5" w16cid:durableId="1604848441">
    <w:abstractNumId w:val="7"/>
  </w:num>
  <w:num w:numId="6" w16cid:durableId="1389299630">
    <w:abstractNumId w:val="3"/>
  </w:num>
  <w:num w:numId="7" w16cid:durableId="2056421059">
    <w:abstractNumId w:val="2"/>
  </w:num>
  <w:num w:numId="8" w16cid:durableId="1128166301">
    <w:abstractNumId w:val="1"/>
  </w:num>
  <w:num w:numId="9" w16cid:durableId="859245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24F25"/>
    <w:rsid w:val="00823464"/>
    <w:rsid w:val="00855120"/>
    <w:rsid w:val="009D54AC"/>
    <w:rsid w:val="00AA1D8D"/>
    <w:rsid w:val="00B47730"/>
    <w:rsid w:val="00B64EBF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509C731D"/>
  <w14:defaultImageDpi w14:val="300"/>
  <w15:docId w15:val="{BBF78F58-5561-0449-BE6C-69F97C33F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mariami bokeria</cp:lastModifiedBy>
  <cp:revision>2</cp:revision>
  <dcterms:created xsi:type="dcterms:W3CDTF">2026-03-21T11:11:00Z</dcterms:created>
  <dcterms:modified xsi:type="dcterms:W3CDTF">2026-03-21T11:11:00Z</dcterms:modified>
  <cp:category/>
</cp:coreProperties>
</file>